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星光步道｜任務與預測</w:t>
      </w:r>
    </w:p>
    <w:p>
      <w:r>
        <w:t>學生版 · 姓名不必填寫；先記想法，再操作</w:t>
      </w:r>
    </w:p>
    <w:p>
      <w:r>
        <w:t>任務：讓探險者收集三顆星，每顆星一輪只計一次。方向鍵可以移動；綠旗代表重新開始。</w:t>
      </w:r>
    </w:p>
    <w:p>
      <w:pPr>
        <w:pStyle w:val="Heading2"/>
      </w:pPr>
      <w:r>
        <w:t>一、先觀察問題版</w:t>
      </w:r>
    </w:p>
    <w:p>
      <w:r>
        <w:t>讓玩家碰到第一顆星並停住。你預測分數會怎樣？實際看到什麼？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二、把電腦的檢查想成一輪一輪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/>
          <w:cantSplit/>
        </w:trPr>
        <w:tc>
          <w:tcPr>
            <w:tcW w:type="dxa" w:w="2523"/>
          </w:tcPr>
          <w:p>
            <w:r>
              <w:t>檢查輪次</w:t>
            </w:r>
          </w:p>
        </w:tc>
        <w:tc>
          <w:tcPr>
            <w:tcW w:type="dxa" w:w="2523"/>
          </w:tcPr>
          <w:p>
            <w:r>
              <w:t>玩家仍碰到星星嗎？</w:t>
            </w:r>
          </w:p>
        </w:tc>
        <w:tc>
          <w:tcPr>
            <w:tcW w:type="dxa" w:w="2523"/>
          </w:tcPr>
          <w:p>
            <w:r>
              <w:t>會執行加分嗎？</w:t>
            </w:r>
          </w:p>
        </w:tc>
        <w:tc>
          <w:tcPr>
            <w:tcW w:type="dxa" w:w="2523"/>
          </w:tcPr>
          <w:p>
            <w:r>
              <w:t>理由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第一輪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第二輪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第三輪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</w:tbl>
    <w:p>
      <w:pPr>
        <w:pStyle w:val="Heading2"/>
      </w:pPr>
      <w:r>
        <w:t>三、設計你的規則</w:t>
      </w:r>
    </w:p>
    <w:p>
      <w:r>
        <w:t>用起始版先做一顆星。哪些資料屬於整個遊戲？哪些屬於每一顆星？什麼時候要還原？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此為自製課堂樣品，尚未真人試教。老師可依程度縮成單星任務；不需要提交個人資料。</w:t>
      </w:r>
    </w:p>
    <w:p>
      <w:r>
        <w:br w:type="page"/>
      </w:r>
    </w:p>
    <w:p>
      <w:pPr>
        <w:pStyle w:val="Title"/>
      </w:pPr>
      <w:r>
        <w:t>星光步道｜測試與說明</w:t>
      </w:r>
    </w:p>
    <w:p>
      <w:r>
        <w:t>學生版 · 依實際操作填寫，不預填結果</w:t>
      </w:r>
    </w:p>
    <w:p>
      <w:pPr>
        <w:pStyle w:val="Heading2"/>
      </w:pPr>
      <w:r>
        <w:t>四、請另一位同學照你的步驟測試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/>
          <w:cantSplit/>
        </w:trPr>
        <w:tc>
          <w:tcPr>
            <w:tcW w:type="dxa" w:w="2523"/>
          </w:tcPr>
          <w:p>
            <w:r>
              <w:t>操作</w:t>
            </w:r>
          </w:p>
        </w:tc>
        <w:tc>
          <w:tcPr>
            <w:tcW w:type="dxa" w:w="2523"/>
          </w:tcPr>
          <w:p>
            <w:r>
              <w:t>我的預測</w:t>
            </w:r>
          </w:p>
        </w:tc>
        <w:tc>
          <w:tcPr>
            <w:tcW w:type="dxa" w:w="2523"/>
          </w:tcPr>
          <w:p>
            <w:r>
              <w:t>實際結果</w:t>
            </w:r>
          </w:p>
        </w:tc>
        <w:tc>
          <w:tcPr>
            <w:tcW w:type="dxa" w:w="2523"/>
          </w:tcPr>
          <w:p>
            <w:r>
              <w:t>相同嗎／待改什麼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停在同一顆星上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離開後再回同一位置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換一個順序收集三顆星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按綠旗重新開始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  <w:tc>
          <w:tcPr>
            <w:tcW w:type="dxa" w:w="2523"/>
          </w:tcPr>
          <w:p>
            <w:r>
              <w:t>＿＿</w:t>
            </w:r>
          </w:p>
        </w:tc>
      </w:tr>
    </w:tbl>
    <w:p>
      <w:pPr>
        <w:pStyle w:val="Heading2"/>
      </w:pPr>
      <w:r>
        <w:t>五、說明原因</w:t>
      </w:r>
    </w:p>
    <w:p>
      <w:r>
        <w:t>如果三顆星共用同一個「已收集」，你覺得收完第一顆後會怎樣？請用操作或圖解支持想法。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2"/>
      </w:pPr>
      <w:r>
        <w:t>六、設計一個新的測試</w:t>
      </w:r>
    </w:p>
    <w:p>
      <w:r>
        <w:t>你的作品還可能在哪裡出錯？寫下別人可以照做的步驟，以及你期待的結果。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完成後請說明：我修改了什麼、為什麼這樣改、哪個測試讓我更確定。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點亮程式 · products-v3 · 自製課程樣品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星光步道｜任務與預測</dc:title>
  <dc:subject/>
  <dc:creator>點亮程式</dc:creator>
  <cp:keywords/>
  <dc:description>generated by python-docx</dc:description>
  <cp:lastModifiedBy/>
  <cp:revision>1</cp:revision>
  <dcterms:created xsi:type="dcterms:W3CDTF">2026-10-21T00:00:00Z</dcterms:created>
  <dcterms:modified xsi:type="dcterms:W3CDTF">2026-10-21T00:00:00Z</dcterms:modified>
  <cp:category/>
</cp:coreProperties>
</file>